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C35D" w14:textId="77777777" w:rsidR="009854EE" w:rsidRPr="00A64FC1" w:rsidRDefault="00000000">
      <w:pPr>
        <w:spacing w:after="80"/>
      </w:pPr>
      <w:r w:rsidRPr="00A64FC1">
        <w:drawing>
          <wp:inline distT="0" distB="0" distL="0" distR="0" wp14:anchorId="22F71D00" wp14:editId="7D20410B">
            <wp:extent cx="1417320" cy="736355"/>
            <wp:effectExtent l="0" t="0" r="0" b="0"/>
            <wp:docPr id="1" name="FR Somerset logo" descr="FR Somerset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 Somerset Monogram 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C664" w14:textId="77777777" w:rsidR="009854EE" w:rsidRPr="00A64FC1" w:rsidRDefault="00000000">
      <w:pPr>
        <w:spacing w:after="60"/>
      </w:pPr>
      <w:r w:rsidRPr="00A64FC1">
        <w:rPr>
          <w:b/>
          <w:color w:val="17365D"/>
          <w:sz w:val="50"/>
        </w:rPr>
        <w:t>Driver Application Form</w:t>
      </w:r>
    </w:p>
    <w:p w14:paraId="4240AAB1" w14:textId="77777777" w:rsidR="009854EE" w:rsidRPr="00A64FC1" w:rsidRDefault="00000000">
      <w:pPr>
        <w:spacing w:after="220"/>
      </w:pPr>
      <w:r w:rsidRPr="00A64FC1">
        <w:rPr>
          <w:sz w:val="21"/>
        </w:rPr>
        <w:t>Please complete all relevant sections clearly. Information is used only for recruitment and employment checks.</w:t>
      </w:r>
    </w:p>
    <w:p w14:paraId="45E12344" w14:textId="77777777" w:rsidR="009854EE" w:rsidRPr="00A64FC1" w:rsidRDefault="00000000">
      <w:pPr>
        <w:pStyle w:val="Heading1"/>
      </w:pPr>
      <w:r w:rsidRPr="00A64FC1">
        <w:t>1. Position and contact details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1B63B959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2AEC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Position applied for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C92381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0D77E015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CA489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Preferred work pattern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50EBED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Days   ☐ Nights   ☐ 4 on / 4 off   ☐ Tramping   ☐ Part-time / relief</w:t>
            </w:r>
          </w:p>
        </w:tc>
      </w:tr>
      <w:tr w:rsidR="009854EE" w:rsidRPr="00A64FC1" w14:paraId="29BE5B63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DC3835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Preferred depot / location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51407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1A01EE04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C4AEC6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Earliest available start date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1922F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1627F3BD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14DA3B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Title and full name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04EDE9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1ABA7B3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BE6950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Home 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DAD8C3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662B574D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6E185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Postcode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6B004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05B7A3A0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11A9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Mobile number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6B341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53BB920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0CF0E3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Email 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822469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60F42CA3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DD239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Preferred contact method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ABB2BA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Telephone   ☐ Email   ☐ Text message</w:t>
            </w:r>
          </w:p>
        </w:tc>
      </w:tr>
    </w:tbl>
    <w:p w14:paraId="1261435B" w14:textId="77777777" w:rsidR="009854EE" w:rsidRPr="00A64FC1" w:rsidRDefault="009854EE">
      <w:pPr>
        <w:spacing w:after="0"/>
      </w:pPr>
    </w:p>
    <w:p w14:paraId="3861C13E" w14:textId="77777777" w:rsidR="009854EE" w:rsidRPr="00A64FC1" w:rsidRDefault="00000000">
      <w:pPr>
        <w:pStyle w:val="Heading1"/>
      </w:pPr>
      <w:r w:rsidRPr="00A64FC1">
        <w:t>2. Eligibility and recruitment arrangements</w:t>
      </w:r>
    </w:p>
    <w:p w14:paraId="193F306E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Right-to-work documentation will be checked consistently for every successful applicant before employment begins.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11C25C98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31BBB0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Do you currently have the right to work in the UK?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FA0C9B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</w:t>
            </w:r>
          </w:p>
        </w:tc>
      </w:tr>
      <w:tr w:rsidR="009854EE" w:rsidRPr="00A64FC1" w14:paraId="711B576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6F53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Will you require sponsorship now or in the future?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DAB33F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</w:t>
            </w:r>
          </w:p>
        </w:tc>
      </w:tr>
      <w:tr w:rsidR="009854EE" w:rsidRPr="00A64FC1" w14:paraId="728AB362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5946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Do you require a reasonable adjustment for the application or interview process?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4B79C1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</w:t>
            </w:r>
            <w:r w:rsidRPr="00A64FC1">
              <w:rPr>
                <w:sz w:val="19"/>
              </w:rPr>
              <w:br/>
              <w:t>If yes, please tell us what support would help:</w:t>
            </w:r>
            <w:r w:rsidRPr="00A64FC1">
              <w:rPr>
                <w:sz w:val="19"/>
              </w:rPr>
              <w:br/>
            </w:r>
          </w:p>
        </w:tc>
      </w:tr>
    </w:tbl>
    <w:p w14:paraId="4E10A160" w14:textId="77777777" w:rsidR="009854EE" w:rsidRPr="00A64FC1" w:rsidRDefault="009854EE">
      <w:pPr>
        <w:spacing w:after="0"/>
      </w:pPr>
    </w:p>
    <w:p w14:paraId="6F0BB391" w14:textId="77777777" w:rsidR="009854EE" w:rsidRPr="00A64FC1" w:rsidRDefault="00000000">
      <w:r w:rsidRPr="00A64FC1">
        <w:br w:type="page"/>
      </w:r>
    </w:p>
    <w:p w14:paraId="2EF4BDC2" w14:textId="77777777" w:rsidR="009854EE" w:rsidRPr="00A64FC1" w:rsidRDefault="00000000">
      <w:pPr>
        <w:pStyle w:val="Heading1"/>
      </w:pPr>
      <w:r w:rsidRPr="00A64FC1">
        <w:lastRenderedPageBreak/>
        <w:t>3. Driving licence and professional qualifications</w:t>
      </w:r>
    </w:p>
    <w:p w14:paraId="7E208D85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Please give current details. Original documents and the appropriate DVLA check will be requested separately if your application progresses.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483F98D6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E2238C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Driving licence number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7A91FF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223C0BD5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D7223B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Driving licence expiry date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91F21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11BE9DB5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9EB1DC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Licence categories held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1A29B4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B   ☐ C1   ☐ C   ☐ C+E   ☐ Other: __________________</w:t>
            </w:r>
          </w:p>
        </w:tc>
      </w:tr>
      <w:tr w:rsidR="009854EE" w:rsidRPr="00A64FC1" w14:paraId="3BEF04F9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4EEE3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Any restrictions on the licence?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3D54E8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No   ☐ Yes - details: __________________________________________</w:t>
            </w:r>
          </w:p>
        </w:tc>
      </w:tr>
      <w:tr w:rsidR="009854EE" w:rsidRPr="00A64FC1" w14:paraId="65183F54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9EA33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Current penalty points / endorsements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952BE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None   ☐ Yes - code, points and date:</w:t>
            </w:r>
            <w:r w:rsidRPr="00A64FC1">
              <w:rPr>
                <w:sz w:val="19"/>
              </w:rPr>
              <w:br/>
            </w:r>
          </w:p>
        </w:tc>
      </w:tr>
      <w:tr w:rsidR="009854EE" w:rsidRPr="00A64FC1" w14:paraId="27BFFB3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2608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Any current or pending disqualification?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E84F9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No   ☐ Yes - details:</w:t>
            </w:r>
            <w:r w:rsidRPr="00A64FC1">
              <w:rPr>
                <w:sz w:val="19"/>
              </w:rPr>
              <w:br/>
            </w:r>
          </w:p>
        </w:tc>
      </w:tr>
      <w:tr w:rsidR="009854EE" w:rsidRPr="00A64FC1" w14:paraId="35BA943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5D7C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Driver Qualification Card number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4DDB7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71C0756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D3E60E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Driver CPC expiry date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2D8126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0D5C715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63FDA0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Digital tachograph card number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05D8D7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35703AD2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60502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Digital tachograph card expiry date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AAD9C0" w14:textId="77777777" w:rsidR="009854EE" w:rsidRPr="00A64FC1" w:rsidRDefault="009854EE">
            <w:pPr>
              <w:spacing w:after="0"/>
            </w:pPr>
          </w:p>
        </w:tc>
      </w:tr>
    </w:tbl>
    <w:p w14:paraId="2D8D5A3D" w14:textId="77777777" w:rsidR="009854EE" w:rsidRPr="00A64FC1" w:rsidRDefault="009854EE">
      <w:pPr>
        <w:spacing w:after="0"/>
      </w:pPr>
    </w:p>
    <w:p w14:paraId="22CBB433" w14:textId="77777777" w:rsidR="009854EE" w:rsidRPr="00A64FC1" w:rsidRDefault="00000000">
      <w:pPr>
        <w:pStyle w:val="Heading1"/>
      </w:pPr>
      <w:r w:rsidRPr="00A64FC1">
        <w:t>4. Driving experience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6E593707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CBA6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Total years driving LGVs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18E6BF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5ED6DAE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0FB4E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Years driving articulated vehicles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D5D19B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51902A0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9E26E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Vehicle / trailer experience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908D78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 xml:space="preserve">☐ </w:t>
            </w:r>
            <w:proofErr w:type="spellStart"/>
            <w:r w:rsidRPr="00A64FC1">
              <w:rPr>
                <w:sz w:val="19"/>
              </w:rPr>
              <w:t>Curtainsider</w:t>
            </w:r>
            <w:proofErr w:type="spellEnd"/>
            <w:r w:rsidRPr="00A64FC1">
              <w:rPr>
                <w:sz w:val="19"/>
              </w:rPr>
              <w:t xml:space="preserve">   ☐ Box   ☐ Fridge   ☐ Tanker   ☐ Other: ____________</w:t>
            </w:r>
          </w:p>
        </w:tc>
      </w:tr>
      <w:tr w:rsidR="009854EE" w:rsidRPr="00A64FC1" w14:paraId="3EBAF047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A85A7B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Work experience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A3ECAA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 xml:space="preserve">☐ General haulage   ☐ Tramping   ☐ Nights   ☐ Shunting   ☐ </w:t>
            </w:r>
            <w:proofErr w:type="gramStart"/>
            <w:r w:rsidRPr="00A64FC1">
              <w:rPr>
                <w:sz w:val="19"/>
              </w:rPr>
              <w:t>Multi-drop</w:t>
            </w:r>
            <w:proofErr w:type="gramEnd"/>
          </w:p>
        </w:tc>
      </w:tr>
      <w:tr w:rsidR="009854EE" w:rsidRPr="00A64FC1" w14:paraId="58841CD5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A0A850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Recent agencies / operators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65DAB5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575F1D9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52F15E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Relevant training held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0282C3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Load security   ☐ Safe coupling   ☐ Manual handling   ☐ Banksman</w:t>
            </w:r>
            <w:r w:rsidRPr="00A64FC1">
              <w:rPr>
                <w:sz w:val="19"/>
              </w:rPr>
              <w:br/>
              <w:t>Other: ___________________________________________________________________</w:t>
            </w:r>
          </w:p>
        </w:tc>
      </w:tr>
    </w:tbl>
    <w:p w14:paraId="77005219" w14:textId="77777777" w:rsidR="009854EE" w:rsidRPr="00A64FC1" w:rsidRDefault="009854EE">
      <w:pPr>
        <w:spacing w:after="0"/>
      </w:pPr>
    </w:p>
    <w:p w14:paraId="625A7427" w14:textId="77777777" w:rsidR="009854EE" w:rsidRPr="00A64FC1" w:rsidRDefault="00000000">
      <w:pPr>
        <w:pStyle w:val="Heading1"/>
      </w:pPr>
      <w:r w:rsidRPr="00A64FC1">
        <w:t>5. Essential duties</w:t>
      </w:r>
    </w:p>
    <w:p w14:paraId="4326EBBC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The role may include cab access, coupling and uncoupling, load restraint, vehicle checks, paperwork and working safely around moving vehicles. Reasonable adjustments will be considered.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3539D47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2E76E5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Can you perform the essential duties of the role, with reasonable adjustments if required?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9402BC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   ☐ I would like to discuss adjustments</w:t>
            </w:r>
          </w:p>
        </w:tc>
      </w:tr>
    </w:tbl>
    <w:p w14:paraId="0697CD58" w14:textId="77777777" w:rsidR="009854EE" w:rsidRPr="00A64FC1" w:rsidRDefault="009854EE">
      <w:pPr>
        <w:spacing w:after="0"/>
      </w:pPr>
    </w:p>
    <w:p w14:paraId="08AD57BA" w14:textId="77777777" w:rsidR="009854EE" w:rsidRPr="00A64FC1" w:rsidRDefault="00000000">
      <w:r w:rsidRPr="00A64FC1">
        <w:lastRenderedPageBreak/>
        <w:br w:type="page"/>
      </w:r>
    </w:p>
    <w:p w14:paraId="7D0B3B3B" w14:textId="77777777" w:rsidR="009854EE" w:rsidRPr="00A64FC1" w:rsidRDefault="00000000">
      <w:pPr>
        <w:pStyle w:val="Heading1"/>
      </w:pPr>
      <w:r w:rsidRPr="00A64FC1">
        <w:lastRenderedPageBreak/>
        <w:t>6. Employment history</w:t>
      </w:r>
    </w:p>
    <w:p w14:paraId="32EC3D45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Give your most recent employment first and cover at least the previous five years. Include agency assignments, self-employment and periods not in work. Attach another sheet if necessary.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4BBF6543" w14:textId="77777777">
        <w:trPr>
          <w:cantSplit/>
          <w:jc w:val="center"/>
        </w:trPr>
        <w:tc>
          <w:tcPr>
            <w:tcW w:w="5976" w:type="dxa"/>
            <w:gridSpan w:val="2"/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75D34" w14:textId="77777777" w:rsidR="009854EE" w:rsidRPr="00A64FC1" w:rsidRDefault="00000000">
            <w:pPr>
              <w:spacing w:after="0"/>
            </w:pPr>
            <w:r w:rsidRPr="00A64FC1">
              <w:rPr>
                <w:b/>
                <w:color w:val="FFFFFF"/>
                <w:sz w:val="19"/>
              </w:rPr>
              <w:t>Employment 1</w:t>
            </w:r>
          </w:p>
        </w:tc>
      </w:tr>
      <w:tr w:rsidR="009854EE" w:rsidRPr="00A64FC1" w14:paraId="1F161158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9C9F39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Employer / agency and 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5060D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3AF147F2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A410B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Job title and main duties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233692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6E67F22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1DEA3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Employment dates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6F73F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 xml:space="preserve">From: ____________________   </w:t>
            </w:r>
            <w:proofErr w:type="gramStart"/>
            <w:r w:rsidRPr="00A64FC1">
              <w:rPr>
                <w:sz w:val="19"/>
              </w:rPr>
              <w:t>To</w:t>
            </w:r>
            <w:proofErr w:type="gramEnd"/>
            <w:r w:rsidRPr="00A64FC1">
              <w:rPr>
                <w:sz w:val="19"/>
              </w:rPr>
              <w:t>: ____________________</w:t>
            </w:r>
          </w:p>
        </w:tc>
      </w:tr>
      <w:tr w:rsidR="009854EE" w:rsidRPr="00A64FC1" w14:paraId="5631C32E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24400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Reason for leaving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B76886" w14:textId="77777777" w:rsidR="009854EE" w:rsidRPr="00A64FC1" w:rsidRDefault="009854EE">
            <w:pPr>
              <w:spacing w:after="0"/>
            </w:pPr>
          </w:p>
        </w:tc>
      </w:tr>
    </w:tbl>
    <w:p w14:paraId="4E19A822" w14:textId="77777777" w:rsidR="009854EE" w:rsidRPr="00A64FC1" w:rsidRDefault="009854EE">
      <w:pPr>
        <w:spacing w:after="0"/>
      </w:pP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34BDA677" w14:textId="77777777">
        <w:trPr>
          <w:cantSplit/>
          <w:jc w:val="center"/>
        </w:trPr>
        <w:tc>
          <w:tcPr>
            <w:tcW w:w="5976" w:type="dxa"/>
            <w:gridSpan w:val="2"/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53F3D2" w14:textId="77777777" w:rsidR="009854EE" w:rsidRPr="00A64FC1" w:rsidRDefault="00000000">
            <w:pPr>
              <w:spacing w:after="0"/>
            </w:pPr>
            <w:r w:rsidRPr="00A64FC1">
              <w:rPr>
                <w:b/>
                <w:color w:val="FFFFFF"/>
                <w:sz w:val="19"/>
              </w:rPr>
              <w:t>Employment 2</w:t>
            </w:r>
          </w:p>
        </w:tc>
      </w:tr>
      <w:tr w:rsidR="009854EE" w:rsidRPr="00A64FC1" w14:paraId="0AC5C557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801A3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Employer / agency and 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3C552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4D5467F6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305952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Job title and main duties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DF79E7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369CDE6A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25286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Employment dates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CB231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 xml:space="preserve">From: ____________________   </w:t>
            </w:r>
            <w:proofErr w:type="gramStart"/>
            <w:r w:rsidRPr="00A64FC1">
              <w:rPr>
                <w:sz w:val="19"/>
              </w:rPr>
              <w:t>To</w:t>
            </w:r>
            <w:proofErr w:type="gramEnd"/>
            <w:r w:rsidRPr="00A64FC1">
              <w:rPr>
                <w:sz w:val="19"/>
              </w:rPr>
              <w:t>: ____________________</w:t>
            </w:r>
          </w:p>
        </w:tc>
      </w:tr>
      <w:tr w:rsidR="009854EE" w:rsidRPr="00A64FC1" w14:paraId="25093D4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0D4F77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Reason for leaving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E6299" w14:textId="77777777" w:rsidR="009854EE" w:rsidRPr="00A64FC1" w:rsidRDefault="009854EE">
            <w:pPr>
              <w:spacing w:after="0"/>
            </w:pPr>
          </w:p>
        </w:tc>
      </w:tr>
    </w:tbl>
    <w:p w14:paraId="6E81BC3D" w14:textId="77777777" w:rsidR="009854EE" w:rsidRPr="00A64FC1" w:rsidRDefault="009854EE">
      <w:pPr>
        <w:spacing w:after="0"/>
      </w:pP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09CD810E" w14:textId="77777777">
        <w:trPr>
          <w:cantSplit/>
          <w:jc w:val="center"/>
        </w:trPr>
        <w:tc>
          <w:tcPr>
            <w:tcW w:w="5976" w:type="dxa"/>
            <w:gridSpan w:val="2"/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1F6760" w14:textId="77777777" w:rsidR="009854EE" w:rsidRPr="00A64FC1" w:rsidRDefault="00000000">
            <w:pPr>
              <w:spacing w:after="0"/>
            </w:pPr>
            <w:r w:rsidRPr="00A64FC1">
              <w:rPr>
                <w:b/>
                <w:color w:val="FFFFFF"/>
                <w:sz w:val="19"/>
              </w:rPr>
              <w:t>Employment 3</w:t>
            </w:r>
          </w:p>
        </w:tc>
      </w:tr>
      <w:tr w:rsidR="009854EE" w:rsidRPr="00A64FC1" w14:paraId="5FADEDDE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CABE3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Employer / agency and 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BAFDF8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44C149D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B4CD8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Job title and main duties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FC33A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3ECC9C10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B42D4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Employment dates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7FAAE9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 xml:space="preserve">From: ____________________   </w:t>
            </w:r>
            <w:proofErr w:type="gramStart"/>
            <w:r w:rsidRPr="00A64FC1">
              <w:rPr>
                <w:sz w:val="19"/>
              </w:rPr>
              <w:t>To</w:t>
            </w:r>
            <w:proofErr w:type="gramEnd"/>
            <w:r w:rsidRPr="00A64FC1">
              <w:rPr>
                <w:sz w:val="19"/>
              </w:rPr>
              <w:t>: ____________________</w:t>
            </w:r>
          </w:p>
        </w:tc>
      </w:tr>
      <w:tr w:rsidR="009854EE" w:rsidRPr="00A64FC1" w14:paraId="374AF66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BEF79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Reason for leaving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ED0BE" w14:textId="77777777" w:rsidR="009854EE" w:rsidRPr="00A64FC1" w:rsidRDefault="009854EE">
            <w:pPr>
              <w:spacing w:after="0"/>
            </w:pPr>
          </w:p>
        </w:tc>
      </w:tr>
    </w:tbl>
    <w:p w14:paraId="51DC4834" w14:textId="77777777" w:rsidR="009854EE" w:rsidRPr="00A64FC1" w:rsidRDefault="009854EE">
      <w:pPr>
        <w:spacing w:after="0"/>
      </w:pPr>
    </w:p>
    <w:p w14:paraId="0ACACADC" w14:textId="77777777" w:rsidR="009854EE" w:rsidRPr="00A64FC1" w:rsidRDefault="00000000">
      <w:pPr>
        <w:pStyle w:val="Heading1"/>
      </w:pPr>
      <w:r w:rsidRPr="00A64FC1">
        <w:t>Gaps in employment</w:t>
      </w:r>
    </w:p>
    <w:p w14:paraId="20D516D7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Please explain any gaps during the last five years.</w:t>
      </w:r>
    </w:p>
    <w:p w14:paraId="29DA036F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2BC27E2F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5F6FA824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59924977" w14:textId="77777777" w:rsidR="009854EE" w:rsidRPr="00A64FC1" w:rsidRDefault="00000000">
      <w:r w:rsidRPr="00A64FC1">
        <w:br w:type="page"/>
      </w:r>
    </w:p>
    <w:p w14:paraId="5C1932A5" w14:textId="77777777" w:rsidR="009854EE" w:rsidRPr="00A64FC1" w:rsidRDefault="00000000">
      <w:pPr>
        <w:pStyle w:val="Heading1"/>
      </w:pPr>
      <w:r w:rsidRPr="00A64FC1">
        <w:lastRenderedPageBreak/>
        <w:t>7. Availability and work requirements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57855C19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8CAAB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Notice required by current employer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43DD16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67677B11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2B1362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Pre-arranged holidays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36A72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None   ☐ Yes - dates: ____________________________________________</w:t>
            </w:r>
          </w:p>
        </w:tc>
      </w:tr>
      <w:tr w:rsidR="009854EE" w:rsidRPr="00A64FC1" w14:paraId="404D446F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E92B59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Able to work the advertised shift pattern?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30A597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 - please explain: ___________________________________</w:t>
            </w:r>
          </w:p>
        </w:tc>
      </w:tr>
      <w:tr w:rsidR="009854EE" w:rsidRPr="00A64FC1" w14:paraId="6F553BE6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7211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Available for overtime / weekends when required?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CDC6ED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</w:t>
            </w:r>
          </w:p>
        </w:tc>
      </w:tr>
      <w:tr w:rsidR="009854EE" w:rsidRPr="00A64FC1" w14:paraId="3B302BE5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7E389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Any existing commitments that affect the advertised hours?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10D7B5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No   ☐ Yes - please explain:</w:t>
            </w:r>
            <w:r w:rsidRPr="00A64FC1">
              <w:rPr>
                <w:sz w:val="19"/>
              </w:rPr>
              <w:br/>
            </w:r>
          </w:p>
        </w:tc>
      </w:tr>
    </w:tbl>
    <w:p w14:paraId="4210D4AC" w14:textId="77777777" w:rsidR="009854EE" w:rsidRPr="00A64FC1" w:rsidRDefault="009854EE">
      <w:pPr>
        <w:spacing w:after="0"/>
      </w:pPr>
    </w:p>
    <w:p w14:paraId="1ABB9437" w14:textId="77777777" w:rsidR="009854EE" w:rsidRPr="00A64FC1" w:rsidRDefault="00000000">
      <w:pPr>
        <w:pStyle w:val="Heading1"/>
      </w:pPr>
      <w:r w:rsidRPr="00A64FC1">
        <w:t>8. References</w:t>
      </w:r>
    </w:p>
    <w:p w14:paraId="2931D1A2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Give details of a recent employer or agency. We will normally seek references after a conditional offer. Tell us below if you consent to earlier contact.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5D6DFB33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43EA8C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Referee name and position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89EDA1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60AC5AF3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4AB8D4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Employer / organisation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18D08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65D179B6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29FD75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Address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ED61E6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br/>
            </w:r>
          </w:p>
        </w:tc>
      </w:tr>
      <w:tr w:rsidR="009854EE" w:rsidRPr="00A64FC1" w14:paraId="157C739D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372E0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Telephone and email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EC15A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2515D57B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6C004F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May we contact this referee before a conditional offer?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54D254" w14:textId="77777777" w:rsidR="009854EE" w:rsidRPr="00A64FC1" w:rsidRDefault="00000000">
            <w:pPr>
              <w:spacing w:after="0"/>
            </w:pPr>
            <w:r w:rsidRPr="00A64FC1">
              <w:rPr>
                <w:sz w:val="19"/>
              </w:rPr>
              <w:t>☐ Yes   ☐ No</w:t>
            </w:r>
          </w:p>
        </w:tc>
      </w:tr>
    </w:tbl>
    <w:p w14:paraId="51AB97EA" w14:textId="77777777" w:rsidR="009854EE" w:rsidRPr="00A64FC1" w:rsidRDefault="009854EE">
      <w:pPr>
        <w:spacing w:after="0"/>
      </w:pPr>
    </w:p>
    <w:p w14:paraId="3EEFC9BE" w14:textId="77777777" w:rsidR="009854EE" w:rsidRPr="00A64FC1" w:rsidRDefault="00000000">
      <w:pPr>
        <w:pStyle w:val="Heading1"/>
      </w:pPr>
      <w:r w:rsidRPr="00A64FC1">
        <w:t>9. Additional information</w:t>
      </w:r>
    </w:p>
    <w:p w14:paraId="101B60C8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Use this space for information relevant to your ability and suitability for the role. Do not include medical information unless requested at the appropriate stage.</w:t>
      </w:r>
    </w:p>
    <w:p w14:paraId="055C9B92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4CC8EB62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52FAE30B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7DE51208" w14:textId="77777777" w:rsidR="009854EE" w:rsidRPr="00A64FC1" w:rsidRDefault="00000000">
      <w:pPr>
        <w:spacing w:after="40"/>
      </w:pPr>
      <w:r w:rsidRPr="00A64FC1">
        <w:rPr>
          <w:color w:val="6E7882"/>
        </w:rPr>
        <w:t>________________________________________________________________________________</w:t>
      </w:r>
    </w:p>
    <w:p w14:paraId="57F1B278" w14:textId="77777777" w:rsidR="009854EE" w:rsidRPr="00A64FC1" w:rsidRDefault="00000000">
      <w:r w:rsidRPr="00A64FC1">
        <w:br w:type="page"/>
      </w:r>
    </w:p>
    <w:p w14:paraId="6E587F48" w14:textId="77777777" w:rsidR="009854EE" w:rsidRPr="00A64FC1" w:rsidRDefault="00000000">
      <w:pPr>
        <w:pStyle w:val="Heading1"/>
      </w:pPr>
      <w:r w:rsidRPr="00A64FC1">
        <w:lastRenderedPageBreak/>
        <w:t>10. Recruitment checks</w:t>
      </w:r>
    </w:p>
    <w:p w14:paraId="5417D741" w14:textId="77777777" w:rsidR="009854EE" w:rsidRPr="00A64FC1" w:rsidRDefault="00000000">
      <w:pPr>
        <w:pStyle w:val="Instruction"/>
        <w:rPr>
          <w:lang w:val="en-GB"/>
        </w:rPr>
      </w:pPr>
      <w:r w:rsidRPr="00A64FC1">
        <w:rPr>
          <w:lang w:val="en-GB"/>
        </w:rPr>
        <w:t>Any offer may be conditional upon satisfactory right-to-work, identity, employment reference, driving licence, Driver CPC and tachograph card checks. Health information relevant to safe performance of the role will be requested separately only at the appropriate stage. If criminal-record information is necessary and proportionate for a particular role, you will be told separately what must legally be disclosed.</w:t>
      </w:r>
    </w:p>
    <w:p w14:paraId="31A9BA3F" w14:textId="77777777" w:rsidR="009854EE" w:rsidRPr="00A64FC1" w:rsidRDefault="00000000">
      <w:pPr>
        <w:pStyle w:val="Heading1"/>
      </w:pPr>
      <w:r w:rsidRPr="00A64FC1">
        <w:t>11. Applicant privacy information</w:t>
      </w:r>
    </w:p>
    <w:p w14:paraId="575AD05D" w14:textId="77777777" w:rsidR="009854EE" w:rsidRPr="00A64FC1" w:rsidRDefault="00000000">
      <w:r w:rsidRPr="00A64FC1">
        <w:rPr>
          <w:b/>
          <w:sz w:val="18"/>
        </w:rPr>
        <w:t xml:space="preserve">Data controller. </w:t>
      </w:r>
      <w:r w:rsidRPr="00A64FC1">
        <w:t>FR Somerset Ltd is the controller of the personal information supplied in this form.</w:t>
      </w:r>
    </w:p>
    <w:p w14:paraId="51F85295" w14:textId="744F83EF" w:rsidR="009854EE" w:rsidRPr="00A64FC1" w:rsidRDefault="00000000">
      <w:r w:rsidRPr="00A64FC1">
        <w:rPr>
          <w:b/>
          <w:sz w:val="18"/>
        </w:rPr>
        <w:t xml:space="preserve">Purpose and lawful basis. </w:t>
      </w:r>
      <w:r w:rsidRPr="00A64FC1">
        <w:t xml:space="preserve">We use the information to administer recruitment, assess suitability, communicate with you, verify information and take steps before </w:t>
      </w:r>
      <w:r w:rsidR="00A64FC1" w:rsidRPr="00A64FC1">
        <w:t>entering</w:t>
      </w:r>
      <w:r w:rsidRPr="00A64FC1">
        <w:t xml:space="preserve"> an employment contract. We may also process information where necessary to meet legal obligations or our legitimate interests in safe and effective recruitment.</w:t>
      </w:r>
    </w:p>
    <w:p w14:paraId="3E84ECF4" w14:textId="77777777" w:rsidR="009854EE" w:rsidRPr="00A64FC1" w:rsidRDefault="00000000">
      <w:r w:rsidRPr="00A64FC1">
        <w:rPr>
          <w:b/>
          <w:sz w:val="18"/>
        </w:rPr>
        <w:t xml:space="preserve">Who may receive it. </w:t>
      </w:r>
      <w:r w:rsidRPr="00A64FC1">
        <w:t>Access is limited to staff involved in recruitment and, where necessary, professional advisers and service providers supporting recruitment or statutory checks. We will not use your information for unrelated marketing.</w:t>
      </w:r>
    </w:p>
    <w:p w14:paraId="0C8329C8" w14:textId="77777777" w:rsidR="009854EE" w:rsidRPr="00A64FC1" w:rsidRDefault="00000000">
      <w:r w:rsidRPr="00A64FC1">
        <w:rPr>
          <w:b/>
          <w:sz w:val="18"/>
        </w:rPr>
        <w:t xml:space="preserve">Retention. </w:t>
      </w:r>
      <w:r w:rsidRPr="00A64FC1">
        <w:t>If you are unsuccessful, we will normally retain recruitment records for six months after the process ends, unless there is a justified reason or you agree to a longer talent-pool period. If appointed, relevant records will transfer to your personnel file and be retained under the Company retention schedule.</w:t>
      </w:r>
    </w:p>
    <w:p w14:paraId="1EE688AB" w14:textId="77777777" w:rsidR="009854EE" w:rsidRPr="00A64FC1" w:rsidRDefault="00000000">
      <w:r w:rsidRPr="00A64FC1">
        <w:rPr>
          <w:b/>
          <w:sz w:val="18"/>
        </w:rPr>
        <w:t xml:space="preserve">Your rights. </w:t>
      </w:r>
      <w:r w:rsidRPr="00A64FC1">
        <w:t>You may ask the Company office for access, correction, restriction, objection or deletion where applicable, and may complain to the Information Commissioner's Office at ico.org.uk. A copy of the full Recruitment Privacy Notice is available from the Company office.</w:t>
      </w:r>
    </w:p>
    <w:p w14:paraId="0D15C5A4" w14:textId="77777777" w:rsidR="009854EE" w:rsidRPr="00A64FC1" w:rsidRDefault="00000000">
      <w:pPr>
        <w:pStyle w:val="Heading1"/>
      </w:pPr>
      <w:r w:rsidRPr="00A64FC1">
        <w:t>12. Declaration</w:t>
      </w:r>
    </w:p>
    <w:p w14:paraId="174BDCED" w14:textId="77777777" w:rsidR="009854EE" w:rsidRPr="00A64FC1" w:rsidRDefault="00000000">
      <w:pPr>
        <w:spacing w:after="180"/>
      </w:pPr>
      <w:r w:rsidRPr="00A64FC1">
        <w:t xml:space="preserve">I declare that the information I have supplied is complete and accurate to the best of my knowledge. I understand that a </w:t>
      </w:r>
      <w:proofErr w:type="gramStart"/>
      <w:r w:rsidRPr="00A64FC1">
        <w:t>material</w:t>
      </w:r>
      <w:proofErr w:type="gramEnd"/>
      <w:r w:rsidRPr="00A64FC1">
        <w:t xml:space="preserve"> false statement or deliberate omission may result in withdrawal of an offer or, if discovered after appointment, action under the Company's procedures. I understand that any decision will take account of the circumstances and will not be automatic.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5976"/>
      </w:tblGrid>
      <w:tr w:rsidR="009854EE" w:rsidRPr="00A64FC1" w14:paraId="1D5DC10E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73A5A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Applicant's full name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3668C3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39514BA7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C4031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Signature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83EE2" w14:textId="77777777" w:rsidR="009854EE" w:rsidRPr="00A64FC1" w:rsidRDefault="009854EE">
            <w:pPr>
              <w:spacing w:after="0"/>
            </w:pPr>
          </w:p>
        </w:tc>
      </w:tr>
      <w:tr w:rsidR="009854EE" w:rsidRPr="00A64FC1" w14:paraId="22580E6A" w14:textId="77777777">
        <w:trPr>
          <w:cantSplit/>
          <w:jc w:val="center"/>
        </w:trPr>
        <w:tc>
          <w:tcPr>
            <w:tcW w:w="3096" w:type="dxa"/>
            <w:shd w:val="clear" w:color="auto" w:fill="F4F6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0208D" w14:textId="77777777" w:rsidR="009854EE" w:rsidRPr="00A64FC1" w:rsidRDefault="00000000">
            <w:pPr>
              <w:spacing w:after="0"/>
            </w:pPr>
            <w:r w:rsidRPr="00A64FC1">
              <w:rPr>
                <w:b/>
                <w:sz w:val="19"/>
              </w:rPr>
              <w:t>Date</w:t>
            </w:r>
          </w:p>
        </w:tc>
        <w:tc>
          <w:tcPr>
            <w:tcW w:w="59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7DCE17" w14:textId="77777777" w:rsidR="009854EE" w:rsidRPr="00A64FC1" w:rsidRDefault="009854EE">
            <w:pPr>
              <w:spacing w:after="0"/>
            </w:pPr>
          </w:p>
        </w:tc>
      </w:tr>
    </w:tbl>
    <w:p w14:paraId="272DCBFB" w14:textId="77777777" w:rsidR="009854EE" w:rsidRDefault="009854EE">
      <w:pPr>
        <w:spacing w:after="0"/>
      </w:pPr>
    </w:p>
    <w:sectPr w:rsidR="009854EE" w:rsidSect="00034616">
      <w:headerReference w:type="even" r:id="rId9"/>
      <w:headerReference w:type="default" r:id="rId10"/>
      <w:footerReference w:type="default" r:id="rId11"/>
      <w:headerReference w:type="first" r:id="rId12"/>
      <w:pgSz w:w="11909" w:h="16834"/>
      <w:pgMar w:top="893" w:right="1181" w:bottom="893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C73B" w14:textId="77777777" w:rsidR="00405026" w:rsidRPr="00A64FC1" w:rsidRDefault="00405026">
      <w:pPr>
        <w:spacing w:after="0" w:line="240" w:lineRule="auto"/>
      </w:pPr>
      <w:r w:rsidRPr="00A64FC1">
        <w:separator/>
      </w:r>
    </w:p>
  </w:endnote>
  <w:endnote w:type="continuationSeparator" w:id="0">
    <w:p w14:paraId="25638F77" w14:textId="77777777" w:rsidR="00405026" w:rsidRPr="00A64FC1" w:rsidRDefault="00405026">
      <w:pPr>
        <w:spacing w:after="0" w:line="240" w:lineRule="auto"/>
      </w:pPr>
      <w:r w:rsidRPr="00A64F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CA61" w14:textId="77777777" w:rsidR="009854EE" w:rsidRPr="00A64FC1" w:rsidRDefault="00000000">
    <w:pPr>
      <w:pStyle w:val="Footer"/>
      <w:jc w:val="center"/>
    </w:pPr>
    <w:r w:rsidRPr="00A64FC1">
      <w:rPr>
        <w:color w:val="646C76"/>
        <w:sz w:val="16"/>
      </w:rPr>
      <w:t xml:space="preserve">FR Somerset </w:t>
    </w:r>
    <w:proofErr w:type="gramStart"/>
    <w:r w:rsidRPr="00A64FC1">
      <w:rPr>
        <w:color w:val="646C76"/>
        <w:sz w:val="16"/>
      </w:rPr>
      <w:t>Ltd  |</w:t>
    </w:r>
    <w:proofErr w:type="gramEnd"/>
    <w:r w:rsidRPr="00A64FC1">
      <w:rPr>
        <w:color w:val="646C76"/>
        <w:sz w:val="16"/>
      </w:rPr>
      <w:t xml:space="preserve">  Recruitment document -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E3BE" w14:textId="77777777" w:rsidR="00405026" w:rsidRPr="00A64FC1" w:rsidRDefault="00405026">
      <w:pPr>
        <w:spacing w:after="0" w:line="240" w:lineRule="auto"/>
      </w:pPr>
      <w:r w:rsidRPr="00A64FC1">
        <w:separator/>
      </w:r>
    </w:p>
  </w:footnote>
  <w:footnote w:type="continuationSeparator" w:id="0">
    <w:p w14:paraId="3BE2DB2B" w14:textId="77777777" w:rsidR="00405026" w:rsidRPr="00A64FC1" w:rsidRDefault="00405026">
      <w:pPr>
        <w:spacing w:after="0" w:line="240" w:lineRule="auto"/>
      </w:pPr>
      <w:r w:rsidRPr="00A64F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190D" w14:textId="77777777" w:rsidR="009854EE" w:rsidRPr="00A64FC1" w:rsidRDefault="009854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DE96" w14:textId="77777777" w:rsidR="009854EE" w:rsidRPr="00A64FC1" w:rsidRDefault="009854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D406" w14:textId="77777777" w:rsidR="009854EE" w:rsidRPr="00A64FC1" w:rsidRDefault="009854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8979921">
    <w:abstractNumId w:val="8"/>
  </w:num>
  <w:num w:numId="2" w16cid:durableId="299841754">
    <w:abstractNumId w:val="6"/>
  </w:num>
  <w:num w:numId="3" w16cid:durableId="430199407">
    <w:abstractNumId w:val="5"/>
  </w:num>
  <w:num w:numId="4" w16cid:durableId="43991919">
    <w:abstractNumId w:val="4"/>
  </w:num>
  <w:num w:numId="5" w16cid:durableId="329870099">
    <w:abstractNumId w:val="7"/>
  </w:num>
  <w:num w:numId="6" w16cid:durableId="697317896">
    <w:abstractNumId w:val="3"/>
  </w:num>
  <w:num w:numId="7" w16cid:durableId="1510218709">
    <w:abstractNumId w:val="2"/>
  </w:num>
  <w:num w:numId="8" w16cid:durableId="1832134730">
    <w:abstractNumId w:val="1"/>
  </w:num>
  <w:num w:numId="9" w16cid:durableId="115961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5026"/>
    <w:rsid w:val="009854EE"/>
    <w:rsid w:val="00A64FC1"/>
    <w:rsid w:val="00AA1D8D"/>
    <w:rsid w:val="00B47730"/>
    <w:rsid w:val="00B54C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9DE075"/>
  <w14:defaultImageDpi w14:val="300"/>
  <w15:docId w15:val="{B207273B-35B2-411F-8019-2DE6B979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202830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ction">
    <w:name w:val="Instruction"/>
    <w:pPr>
      <w:spacing w:after="120"/>
    </w:pPr>
    <w:rPr>
      <w:rFonts w:ascii="Arial" w:hAnsi="Arial"/>
      <w:i/>
      <w:color w:val="555F69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 Somerset Ltd Driver Application Form</dc:title>
  <dc:subject>Driver recruitment application</dc:subject>
  <dc:creator>FR Somerset Ltd</dc:creator>
  <cp:keywords>recruitment, driver, application</cp:keywords>
  <dc:description>Updated with approved FR Somerset monogram logo.</dc:description>
  <cp:lastModifiedBy>Andrew Somerset</cp:lastModifiedBy>
  <cp:revision>2</cp:revision>
  <dcterms:created xsi:type="dcterms:W3CDTF">2013-12-23T23:15:00Z</dcterms:created>
  <dcterms:modified xsi:type="dcterms:W3CDTF">2026-08-18T16:59:00Z</dcterms:modified>
  <cp:category/>
</cp:coreProperties>
</file>